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 search checklist for small businesses</w:t>
      </w:r>
    </w:p>
    <w:p>
      <w:r>
        <w:rPr>
          <w:b w:val="0"/>
          <w:i w:val="0"/>
          <w:color w:val="6B655C"/>
          <w:sz w:val="20"/>
        </w:rPr>
        <w:t>Free from AI SEO Agents (https://aiseoagents.co.uk/templates/).</w:t>
      </w:r>
    </w:p>
    <w:p>
      <w:r>
        <w:rPr>
          <w:b w:val="0"/>
          <w:i w:val="0"/>
          <w:color w:val="6B655C"/>
          <w:sz w:val="20"/>
        </w:rPr>
        <w:t>About 20 minutes. Tick each box as you go. No tech skills needed.</w:t>
      </w:r>
    </w:p>
    <w:p>
      <w:r>
        <w:rPr>
          <w:b w:val="0"/>
          <w:i w:val="0"/>
          <w:color w:val="6B655C"/>
          <w:sz w:val="20"/>
        </w:rPr>
        <w:t>Can't tick a box? Hand it to your website person with our free brief template.</w:t>
      </w:r>
    </w:p>
    <w:p>
      <w:pPr>
        <w:pStyle w:val="Heading1"/>
      </w:pPr>
      <w:r>
        <w:t>1. Can Google and AI find you? (5 minutes)</w:t>
      </w:r>
    </w:p>
    <w:p>
      <w:pPr>
        <w:spacing w:after="100"/>
        <w:ind w:left="397" w:hanging="397"/>
      </w:pPr>
      <w:r>
        <w:rPr>
          <w:sz w:val="26"/>
        </w:rPr>
        <w:t xml:space="preserve">☐  </w:t>
      </w:r>
      <w:r>
        <w:t>Search your business name on Google. You show up, with the right phone number and address.</w:t>
      </w:r>
    </w:p>
    <w:p>
      <w:pPr>
        <w:spacing w:after="100"/>
        <w:ind w:left="397" w:hanging="397"/>
      </w:pPr>
      <w:r>
        <w:rPr>
          <w:sz w:val="26"/>
        </w:rPr>
        <w:t xml:space="preserve">☐  </w:t>
      </w:r>
      <w:r>
        <w:t>Ask an AI assistant, like ChatGPT: "What do you know about [your business] in [your town]?" Note down anything wrong.</w:t>
      </w:r>
    </w:p>
    <w:p>
      <w:pPr>
        <w:spacing w:after="100"/>
        <w:ind w:left="397" w:hanging="397"/>
      </w:pPr>
      <w:r>
        <w:rPr>
          <w:sz w:val="26"/>
        </w:rPr>
        <w:t xml:space="preserve">☐  </w:t>
      </w:r>
      <w:r>
        <w:t>Run our free AI readiness checker on your website. Write your score here: ____ / 100. Link: https://aiseoagents.co.uk/tools/ai-readiness-checker/</w:t>
      </w:r>
    </w:p>
    <w:p>
      <w:pPr>
        <w:spacing w:after="100"/>
        <w:ind w:left="397" w:hanging="397"/>
      </w:pPr>
      <w:r>
        <w:rPr>
          <w:sz w:val="26"/>
        </w:rPr>
        <w:t xml:space="preserve">☐  </w:t>
      </w:r>
      <w:r>
        <w:t>The checker says AI bots are allowed in. If not, see: https://aiseoagents.co.uk/blog/is-your-website-blocking-chatgpt/</w:t>
      </w:r>
    </w:p>
    <w:p>
      <w:pPr>
        <w:pStyle w:val="Heading1"/>
      </w:pPr>
      <w:r>
        <w:t>2. Does your website say who you are?</w:t>
      </w:r>
    </w:p>
    <w:p>
      <w:pPr>
        <w:spacing w:after="100"/>
        <w:ind w:left="397" w:hanging="397"/>
      </w:pPr>
      <w:r>
        <w:rPr>
          <w:sz w:val="26"/>
        </w:rPr>
        <w:t xml:space="preserve">☐  </w:t>
      </w:r>
      <w:r>
        <w:t>Your homepage says, in words, what you do and the area you cover. Not just in a picture.</w:t>
      </w:r>
    </w:p>
    <w:p>
      <w:pPr>
        <w:spacing w:after="100"/>
        <w:ind w:left="397" w:hanging="397"/>
      </w:pPr>
      <w:r>
        <w:rPr>
          <w:sz w:val="26"/>
        </w:rPr>
        <w:t xml:space="preserve">☐  </w:t>
      </w:r>
      <w:r>
        <w:t>Your phone number and email are on every page, for example in the footer.</w:t>
      </w:r>
    </w:p>
    <w:p>
      <w:pPr>
        <w:spacing w:after="100"/>
        <w:ind w:left="397" w:hanging="397"/>
      </w:pPr>
      <w:r>
        <w:rPr>
          <w:sz w:val="26"/>
        </w:rPr>
        <w:t xml:space="preserve">☐  </w:t>
      </w:r>
      <w:r>
        <w:t>Your opening hours are on your website, and they match your Google Business Profile.</w:t>
      </w:r>
    </w:p>
    <w:p>
      <w:pPr>
        <w:spacing w:after="100"/>
        <w:ind w:left="397" w:hanging="397"/>
      </w:pPr>
      <w:r>
        <w:rPr>
          <w:sz w:val="26"/>
        </w:rPr>
        <w:t xml:space="preserve">☐  </w:t>
      </w:r>
      <w:r>
        <w:t>Your business details are also in code (called schema). Check free: https://aiseoagents.co.uk/tools/schema-checker/</w:t>
      </w:r>
    </w:p>
    <w:p>
      <w:pPr>
        <w:pStyle w:val="Heading1"/>
      </w:pPr>
      <w:r>
        <w:t>3. Do you answer what customers ask?</w:t>
      </w:r>
    </w:p>
    <w:p>
      <w:pPr>
        <w:spacing w:after="100"/>
        <w:ind w:left="397" w:hanging="397"/>
      </w:pPr>
      <w:r>
        <w:rPr>
          <w:sz w:val="26"/>
        </w:rPr>
        <w:t xml:space="preserve">☐  </w:t>
      </w:r>
      <w:r>
        <w:t>Write down 5 questions customers ask you on the phone. The answers are on your website.</w:t>
      </w:r>
    </w:p>
    <w:p>
      <w:pPr>
        <w:spacing w:after="100"/>
        <w:ind w:left="397" w:hanging="397"/>
      </w:pPr>
      <w:r>
        <w:rPr>
          <w:sz w:val="26"/>
        </w:rPr>
        <w:t xml:space="preserve">☐  </w:t>
      </w:r>
      <w:r>
        <w:t>Each main service has its own page: what it is, who it's for, where you cover and how to book.</w:t>
      </w:r>
    </w:p>
    <w:p>
      <w:pPr>
        <w:spacing w:after="100"/>
        <w:ind w:left="397" w:hanging="397"/>
      </w:pPr>
      <w:r>
        <w:rPr>
          <w:sz w:val="26"/>
        </w:rPr>
        <w:t xml:space="preserve">☐  </w:t>
      </w:r>
      <w:r>
        <w:t>You show prices, or a rough price guide, wherever you can.</w:t>
      </w:r>
    </w:p>
    <w:p>
      <w:pPr>
        <w:pStyle w:val="Heading1"/>
      </w:pPr>
      <w:r>
        <w:t>4. Are you the same everywhere?</w:t>
      </w:r>
    </w:p>
    <w:p>
      <w:pPr>
        <w:spacing w:after="100"/>
        <w:ind w:left="397" w:hanging="397"/>
      </w:pPr>
      <w:r>
        <w:rPr>
          <w:sz w:val="26"/>
        </w:rPr>
        <w:t xml:space="preserve">☐  </w:t>
      </w:r>
      <w:r>
        <w:t>Your business name, address and phone number are written the same way on your website, Google Business Profile and any directories.</w:t>
      </w:r>
    </w:p>
    <w:p>
      <w:pPr>
        <w:spacing w:after="100"/>
        <w:ind w:left="397" w:hanging="397"/>
      </w:pPr>
      <w:r>
        <w:rPr>
          <w:sz w:val="26"/>
        </w:rPr>
        <w:t xml:space="preserve">☐  </w:t>
      </w:r>
      <w:r>
        <w:t>You ask every customer for a Google review, not just the happy ones.</w:t>
      </w:r>
    </w:p>
    <w:p>
      <w:pPr>
        <w:spacing w:after="100"/>
        <w:ind w:left="397" w:hanging="397"/>
      </w:pPr>
      <w:r>
        <w:rPr>
          <w:sz w:val="26"/>
        </w:rPr>
        <w:t xml:space="preserve">☐  </w:t>
      </w:r>
      <w:r>
        <w:t>You never offer money, discounts or freebies for a review. Google's rules ban it.</w:t>
      </w:r>
    </w:p>
    <w:p>
      <w:pPr>
        <w:pStyle w:val="Heading1"/>
      </w:pPr>
      <w:r>
        <w:t>5. Keep it fresh (once a month, 15 minutes)</w:t>
      </w:r>
    </w:p>
    <w:p>
      <w:pPr>
        <w:spacing w:after="100"/>
        <w:ind w:left="397" w:hanging="397"/>
      </w:pPr>
      <w:r>
        <w:rPr>
          <w:sz w:val="26"/>
        </w:rPr>
        <w:t xml:space="preserve">☐  </w:t>
      </w:r>
      <w:r>
        <w:t>Check Google Search Console (free) for how often you were shown and clicked. Our free report template helps: https://aiseoagents.co.uk/blog/seo-report-template/</w:t>
      </w:r>
    </w:p>
    <w:p>
      <w:pPr>
        <w:spacing w:after="100"/>
        <w:ind w:left="397" w:hanging="397"/>
      </w:pPr>
      <w:r>
        <w:rPr>
          <w:sz w:val="26"/>
        </w:rPr>
        <w:t xml:space="preserve">☐  </w:t>
      </w:r>
      <w:r>
        <w:t>Update anything that changed: hours, prices, services, photos.</w:t>
      </w:r>
    </w:p>
    <w:p>
      <w:pPr>
        <w:spacing w:after="100"/>
        <w:ind w:left="397" w:hanging="397"/>
      </w:pPr>
      <w:r>
        <w:rPr>
          <w:sz w:val="26"/>
        </w:rPr>
        <w:t xml:space="preserve">☐  </w:t>
      </w:r>
      <w:r>
        <w:t>Run the AI readiness checker again and compare your score.</w:t>
      </w:r>
    </w:p>
    <w:p>
      <w:pPr>
        <w:pStyle w:val="Heading1"/>
      </w:pPr>
      <w:r>
        <w:t>Optional (10 minutes, never pay for it)</w:t>
      </w:r>
    </w:p>
    <w:p>
      <w:pPr>
        <w:spacing w:after="100"/>
        <w:ind w:left="397" w:hanging="397"/>
      </w:pPr>
      <w:r>
        <w:rPr>
          <w:sz w:val="26"/>
        </w:rPr>
        <w:t xml:space="preserve">☐  </w:t>
      </w:r>
      <w:r>
        <w:t>An llms.txt file. Google says Google Search ignores it, so it's a nice extra, not a must. Free template: https://aiseoagents.co.uk/templates/</w:t>
      </w:r>
    </w:p>
    <w:p>
      <w:pPr>
        <w:pStyle w:val="Heading1"/>
      </w:pPr>
      <w:r>
        <w:t>Red flags if someone offers to do this for you</w:t>
      </w:r>
    </w:p>
    <w:p>
      <w:pPr>
        <w:pStyle w:val="ListBullet"/>
      </w:pPr>
      <w:r>
        <w:t>They promise you'll be number 1. Google says: "No one can guarantee a #1 ranking on Google."</w:t>
      </w:r>
    </w:p>
    <w:p>
      <w:pPr>
        <w:pStyle w:val="ListBullet"/>
      </w:pPr>
      <w:r>
        <w:t>They want to buy links for you. Google's spam rules list "Buying or selling links for ranking purposes."</w:t>
      </w:r>
    </w:p>
    <w:p>
      <w:pPr>
        <w:pStyle w:val="ListBullet"/>
      </w:pPr>
      <w:r>
        <w:t>They won't tell you what they changed, or why.</w:t>
      </w:r>
    </w:p>
    <w:p>
      <w:r>
        <w:rPr>
          <w:b w:val="0"/>
          <w:i w:val="0"/>
          <w:color w:val="6B655C"/>
          <w:sz w:val="20"/>
        </w:rPr>
        <w:t>Want help with the website side? Our AI SEO agent checks your site every week and fixes problems, and a specialist reviews every change: https://aiseoagents.co.uk/pricing/</w:t>
      </w:r>
    </w:p>
    <w:p>
      <w:r>
        <w:rPr>
          <w:b w:val="0"/>
          <w:i w:val="0"/>
          <w:color w:val="6B655C"/>
          <w:sz w:val="20"/>
        </w:rPr>
        <w:t>Free to use, copy and share.</w:t>
      </w:r>
    </w:p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7150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7150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150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 SEO Agents</dc:creator>
  <cp:keywords/>
  <dc:description>Free template from https://aiseoagents.co.uk/templates/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