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Website brief: AI search and Google basics</w:t>
      </w:r>
    </w:p>
    <w:p>
      <w:r>
        <w:rPr>
          <w:b w:val="0"/>
          <w:i/>
          <w:color w:val="6B655C"/>
          <w:sz w:val="20"/>
        </w:rPr>
        <w:t>How to use this brief: fill in the [square brackets], delete anything that doesn't apply, then email it to whoever looks after your website.</w:t>
      </w:r>
    </w:p>
    <w:p>
      <w:r>
        <w:rPr>
          <w:b w:val="0"/>
          <w:i/>
          <w:color w:val="6B655C"/>
          <w:sz w:val="20"/>
        </w:rPr>
        <w:t>Free from AI SEO Agents (https://aiseoagents.co.uk/templates/).</w:t>
      </w:r>
    </w:p>
    <w:p>
      <w:r>
        <w:rPr>
          <w:b w:val="0"/>
          <w:i w:val="0"/>
        </w:rPr>
        <w:t>To: [their name]</w:t>
      </w:r>
    </w:p>
    <w:p>
      <w:r>
        <w:rPr>
          <w:b w:val="0"/>
          <w:i w:val="0"/>
        </w:rPr>
        <w:t>From: [your name], [your business name]</w:t>
      </w:r>
    </w:p>
    <w:p>
      <w:r>
        <w:rPr>
          <w:b w:val="0"/>
          <w:i w:val="0"/>
        </w:rPr>
        <w:t>Date: [today's date]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Hi [their name],</w:t>
      </w:r>
    </w:p>
    <w:p>
      <w:r>
        <w:rPr>
          <w:b w:val="0"/>
          <w:i w:val="0"/>
        </w:rPr>
        <w:t>Please could you check the items below on [your website address], and fix anything that needs it?</w:t>
      </w:r>
    </w:p>
    <w:p>
      <w:r>
        <w:rPr>
          <w:b w:val="0"/>
          <w:i w:val="0"/>
        </w:rPr>
        <w:t>Before you start, please tell me if any of it will cost extra, and roughly how much.</w:t>
      </w:r>
    </w:p>
    <w:p>
      <w:r>
        <w:rPr>
          <w:b w:val="0"/>
          <w:i w:val="0"/>
        </w:rPr>
        <w:t>When you're done, please send me a short list of what you changed, and why.</w:t>
      </w:r>
    </w:p>
    <w:p>
      <w:r>
        <w:rPr>
          <w:b w:val="0"/>
          <w:i w:val="0"/>
        </w:rPr>
        <w:t>Thank you!</w:t>
      </w:r>
    </w:p>
    <w:p>
      <w:pPr>
        <w:pStyle w:val="Heading1"/>
      </w:pPr>
      <w:r>
        <w:t>About our business (please use these exact details everywhere)</w:t>
      </w:r>
    </w:p>
    <w:p>
      <w:r>
        <w:rPr>
          <w:b/>
        </w:rPr>
        <w:t xml:space="preserve">Business name: </w:t>
      </w:r>
      <w:r>
        <w:t>[ ]</w:t>
      </w:r>
    </w:p>
    <w:p>
      <w:r>
        <w:rPr>
          <w:b/>
        </w:rPr>
        <w:t xml:space="preserve">What we do, in one sentence: </w:t>
      </w:r>
      <w:r>
        <w:t>[ ]</w:t>
      </w:r>
    </w:p>
    <w:p>
      <w:r>
        <w:rPr>
          <w:b/>
        </w:rPr>
        <w:t xml:space="preserve">Area we cover: </w:t>
      </w:r>
      <w:r>
        <w:t>[ ]</w:t>
      </w:r>
    </w:p>
    <w:p>
      <w:r>
        <w:rPr>
          <w:b/>
        </w:rPr>
        <w:t xml:space="preserve">Phone: </w:t>
      </w:r>
      <w:r>
        <w:t>[ ]</w:t>
      </w:r>
    </w:p>
    <w:p>
      <w:r>
        <w:rPr>
          <w:b/>
        </w:rPr>
        <w:t xml:space="preserve">Email: </w:t>
      </w:r>
      <w:r>
        <w:t>[ ]</w:t>
      </w:r>
    </w:p>
    <w:p>
      <w:r>
        <w:rPr>
          <w:b/>
        </w:rPr>
        <w:t xml:space="preserve">Address (or "areas we serve" if customers don't visit): </w:t>
      </w:r>
      <w:r>
        <w:t>[ ]</w:t>
      </w:r>
    </w:p>
    <w:p>
      <w:r>
        <w:rPr>
          <w:b/>
        </w:rPr>
        <w:t xml:space="preserve">Opening hours: </w:t>
      </w:r>
      <w:r>
        <w:t>[ ]</w:t>
      </w:r>
    </w:p>
    <w:p>
      <w:r>
        <w:rPr>
          <w:b/>
        </w:rPr>
        <w:t xml:space="preserve">Main services: </w:t>
      </w:r>
      <w:r>
        <w:t>[ ], [ ], [ ]</w:t>
      </w:r>
    </w:p>
    <w:p>
      <w:r>
        <w:rPr>
          <w:b/>
        </w:rPr>
        <w:t xml:space="preserve">Google Business Profile link: </w:t>
      </w:r>
      <w:r>
        <w:t>[ ]</w:t>
      </w:r>
    </w:p>
    <w:p>
      <w:r>
        <w:rPr>
          <w:b/>
        </w:rPr>
        <w:t xml:space="preserve">Social profiles (Facebook, Instagram, LinkedIn): </w:t>
      </w:r>
      <w:r>
        <w:t>[ ]</w:t>
      </w:r>
    </w:p>
    <w:p>
      <w:pPr>
        <w:pStyle w:val="Heading1"/>
      </w:pPr>
      <w:r>
        <w:t>Please check and fix</w:t>
      </w:r>
    </w:p>
    <w:p>
      <w:pPr>
        <w:spacing w:after="120"/>
        <w:ind w:left="397" w:hanging="397"/>
      </w:pPr>
      <w:r>
        <w:rPr>
          <w:sz w:val="26"/>
        </w:rPr>
        <w:t xml:space="preserve">☐  </w:t>
      </w:r>
      <w:r>
        <w:rPr>
          <w:b/>
        </w:rPr>
        <w:t xml:space="preserve">1. Let Google and AI tools in. </w:t>
      </w:r>
      <w:r>
        <w:t>Check robots.txt, and any bot-blocking setting at our host or CDN, doesn't block Googlebot, Bingbot or the main AI crawlers (GPTBot, OAI-SearchBot, ClaudeBot, PerplexityBot) unless we've agreed to block them.</w:t>
      </w:r>
    </w:p>
    <w:p>
      <w:pPr>
        <w:spacing w:after="120"/>
        <w:ind w:left="397" w:hanging="397"/>
      </w:pPr>
      <w:r>
        <w:rPr>
          <w:sz w:val="26"/>
        </w:rPr>
        <w:t xml:space="preserve">☐  </w:t>
      </w:r>
      <w:r>
        <w:rPr>
          <w:b/>
        </w:rPr>
        <w:t xml:space="preserve">2. Search Console and Bing. </w:t>
      </w:r>
      <w:r>
        <w:t>Make sure I'm the owner of our Google Search Console and Bing Webmaster Tools, and add yourself as a user. Submit our sitemap in both.</w:t>
      </w:r>
    </w:p>
    <w:p>
      <w:pPr>
        <w:spacing w:after="120"/>
        <w:ind w:left="397" w:hanging="397"/>
      </w:pPr>
      <w:r>
        <w:rPr>
          <w:sz w:val="26"/>
        </w:rPr>
        <w:t xml:space="preserve">☐  </w:t>
      </w:r>
      <w:r>
        <w:rPr>
          <w:b/>
        </w:rPr>
        <w:t xml:space="preserve">3. Business details in code. </w:t>
      </w:r>
      <w:r>
        <w:t>Add schema (JSON-LD) with our name, address or areas served, phone, opening hours and social profiles, using the right business type. Test it with Google's Rich Results Test.</w:t>
      </w:r>
    </w:p>
    <w:p>
      <w:pPr>
        <w:spacing w:after="120"/>
        <w:ind w:left="397" w:hanging="397"/>
      </w:pPr>
      <w:r>
        <w:rPr>
          <w:sz w:val="26"/>
        </w:rPr>
        <w:t xml:space="preserve">☐  </w:t>
      </w:r>
      <w:r>
        <w:rPr>
          <w:b/>
        </w:rPr>
        <w:t xml:space="preserve">4. One page per main service. </w:t>
      </w:r>
      <w:r>
        <w:t>Each main service gets its own page: what it is, who it's for, where we cover, rough prices and how to book.</w:t>
      </w:r>
    </w:p>
    <w:p>
      <w:pPr>
        <w:spacing w:after="120"/>
        <w:ind w:left="397" w:hanging="397"/>
      </w:pPr>
      <w:r>
        <w:rPr>
          <w:sz w:val="26"/>
        </w:rPr>
        <w:t xml:space="preserve">☐  </w:t>
      </w:r>
      <w:r>
        <w:rPr>
          <w:b/>
        </w:rPr>
        <w:t xml:space="preserve">5. Answer real questions. </w:t>
      </w:r>
      <w:r>
        <w:t>Add a short FAQ with these questions and my answers: [question 1], [question 2], [question 3].</w:t>
      </w:r>
    </w:p>
    <w:p>
      <w:pPr>
        <w:spacing w:after="120"/>
        <w:ind w:left="397" w:hanging="397"/>
      </w:pPr>
      <w:r>
        <w:rPr>
          <w:sz w:val="26"/>
        </w:rPr>
        <w:t xml:space="preserve">☐  </w:t>
      </w:r>
      <w:r>
        <w:rPr>
          <w:b/>
        </w:rPr>
        <w:t xml:space="preserve">6. Page titles. </w:t>
      </w:r>
      <w:r>
        <w:t>Every page has its own title and description that say what it is and where. No two pages the same.</w:t>
      </w:r>
    </w:p>
    <w:p>
      <w:pPr>
        <w:spacing w:after="120"/>
        <w:ind w:left="397" w:hanging="397"/>
      </w:pPr>
      <w:r>
        <w:rPr>
          <w:sz w:val="26"/>
        </w:rPr>
        <w:t xml:space="preserve">☐  </w:t>
      </w:r>
      <w:r>
        <w:rPr>
          <w:b/>
        </w:rPr>
        <w:t xml:space="preserve">7. Contact details on every page. </w:t>
      </w:r>
      <w:r>
        <w:t>Phone and email in the footer of every page, exactly as written above.</w:t>
      </w:r>
    </w:p>
    <w:p>
      <w:pPr>
        <w:spacing w:after="120"/>
        <w:ind w:left="397" w:hanging="397"/>
      </w:pPr>
      <w:r>
        <w:rPr>
          <w:sz w:val="26"/>
        </w:rPr>
        <w:t xml:space="preserve">☐  </w:t>
      </w:r>
      <w:r>
        <w:rPr>
          <w:b/>
        </w:rPr>
        <w:t xml:space="preserve">8. Phones and speed. </w:t>
      </w:r>
      <w:r>
        <w:t>Check our key pages on a phone, and with Google PageSpeed Insights. Fix anything that's slow or hard to use.</w:t>
      </w:r>
    </w:p>
    <w:p>
      <w:pPr>
        <w:spacing w:after="120"/>
        <w:ind w:left="397" w:hanging="397"/>
      </w:pPr>
      <w:r>
        <w:rPr>
          <w:sz w:val="26"/>
        </w:rPr>
        <w:t xml:space="preserve">☐  </w:t>
      </w:r>
      <w:r>
        <w:rPr>
          <w:b/>
        </w:rPr>
        <w:t xml:space="preserve">9. Secure site. </w:t>
      </w:r>
      <w:r>
        <w:t>Every page loads on https, and http versions redirect to https.</w:t>
      </w:r>
    </w:p>
    <w:p>
      <w:pPr>
        <w:spacing w:after="120"/>
        <w:ind w:left="397" w:hanging="397"/>
      </w:pPr>
      <w:r>
        <w:rPr>
          <w:sz w:val="26"/>
        </w:rPr>
        <w:t xml:space="preserve">☐  </w:t>
      </w:r>
      <w:r>
        <w:rPr>
          <w:b/>
        </w:rPr>
        <w:t xml:space="preserve">10. Optional: llms.txt. </w:t>
      </w:r>
      <w:r>
        <w:t>Only if it takes under 10 minutes. Use the free template at https://aiseoagents.co.uk/templates/ . Google says Google Search ignores it.</w:t>
      </w:r>
    </w:p>
    <w:p>
      <w:pPr>
        <w:pStyle w:val="Heading1"/>
      </w:pPr>
      <w:r>
        <w:t>Please don't</w:t>
      </w:r>
    </w:p>
    <w:p>
      <w:pPr>
        <w:pStyle w:val="ListBullet"/>
      </w:pPr>
      <w:r>
        <w:t>Buy links, or join link swaps. Google's spam rules list "Buying or selling links for ranking purposes."</w:t>
      </w:r>
    </w:p>
    <w:p>
      <w:pPr>
        <w:pStyle w:val="ListBullet"/>
      </w:pPr>
      <w:r>
        <w:t>Block any search engine or AI tool without asking me first.</w:t>
      </w:r>
    </w:p>
    <w:p>
      <w:pPr>
        <w:pStyle w:val="ListBullet"/>
      </w:pPr>
      <w:r>
        <w:t>Make big changes without telling me.</w:t>
      </w:r>
    </w:p>
    <w:p>
      <w:pPr>
        <w:pStyle w:val="Heading1"/>
      </w:pPr>
      <w:r>
        <w:t>Please reply with</w:t>
      </w:r>
    </w:p>
    <w:p>
      <w:pPr>
        <w:pStyle w:val="ListBullet"/>
      </w:pPr>
      <w:r>
        <w:t>What you changed.</w:t>
      </w:r>
    </w:p>
    <w:p>
      <w:pPr>
        <w:pStyle w:val="ListBullet"/>
      </w:pPr>
      <w:r>
        <w:t>What you didn't change, and why.</w:t>
      </w:r>
    </w:p>
    <w:p>
      <w:pPr>
        <w:pStyle w:val="ListBullet"/>
      </w:pPr>
      <w:r>
        <w:t>Anything you need from me.</w:t>
      </w:r>
    </w:p>
    <w:p>
      <w:r>
        <w:rPr>
          <w:b w:val="0"/>
          <w:i w:val="0"/>
        </w:rPr>
        <w:t>Thanks, [your name]</w:t>
      </w:r>
    </w:p>
    <w:p>
      <w:r>
        <w:rPr>
          <w:b w:val="0"/>
          <w:i w:val="0"/>
        </w:rPr>
        <w:t>Want to check the work afterwards? Run our free AI readiness checker: https://aiseoagents.co.uk/tools/ai-readiness-checker/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150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150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150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 SEO Agents</dc:creator>
  <cp:keywords/>
  <dc:description>Free template from https://aiseoagents.co.uk/templates/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